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6B4" w:rsidRDefault="002C66B4">
      <w:pPr>
        <w:jc w:val="center"/>
        <w:rPr>
          <w:b/>
          <w:color w:val="145B39"/>
          <w:sz w:val="22"/>
        </w:rPr>
      </w:pPr>
    </w:p>
    <w:p w:rsidR="00916E31" w:rsidRDefault="002C66B4">
      <w:pPr>
        <w:jc w:val="center"/>
        <w:rPr>
          <w:rFonts w:hint="eastAsia"/>
        </w:rPr>
      </w:pPr>
      <w:r>
        <w:rPr>
          <w:b/>
          <w:color w:val="145B39"/>
          <w:sz w:val="22"/>
        </w:rPr>
        <w:t>FUNDACJA DOBRYCH ZMIAN</w:t>
      </w:r>
    </w:p>
    <w:p w:rsidR="00916E31" w:rsidRDefault="002C66B4">
      <w:pPr>
        <w:jc w:val="center"/>
        <w:rPr>
          <w:rFonts w:hint="eastAsia"/>
        </w:rPr>
      </w:pPr>
      <w:r>
        <w:rPr>
          <w:b/>
          <w:sz w:val="32"/>
        </w:rPr>
        <w:t>KARTA ZGŁOSZENIOWA UCZESTNIKA PROJEKTU</w:t>
      </w:r>
    </w:p>
    <w:p w:rsidR="00916E31" w:rsidRDefault="002C66B4">
      <w:pPr>
        <w:jc w:val="center"/>
        <w:rPr>
          <w:rFonts w:hint="eastAsia"/>
        </w:rPr>
      </w:pPr>
      <w:r>
        <w:rPr>
          <w:b/>
        </w:rPr>
        <w:t>„Dobre Zmiany w zasięgu lokalnej sieci”</w:t>
      </w:r>
    </w:p>
    <w:p w:rsidR="00916E31" w:rsidRDefault="002C66B4">
      <w:pPr>
        <w:jc w:val="center"/>
        <w:rPr>
          <w:rFonts w:hint="eastAsia"/>
        </w:rPr>
      </w:pPr>
      <w:r>
        <w:t>Program „Moc Małych Społeczności – Lubelskie” 2026</w:t>
      </w:r>
    </w:p>
    <w:p w:rsidR="00916E31" w:rsidRDefault="002C66B4">
      <w:pPr>
        <w:rPr>
          <w:rFonts w:hint="eastAsia"/>
        </w:rPr>
      </w:pPr>
      <w:r>
        <w:t>Prosimy o czytelne wypełnienie karty. Pola oznaczone * są wymagane.</w:t>
      </w:r>
    </w:p>
    <w:p w:rsidR="00916E31" w:rsidRDefault="002C66B4">
      <w:pPr>
        <w:spacing w:before="80"/>
        <w:rPr>
          <w:rFonts w:hint="eastAsia"/>
        </w:rPr>
      </w:pPr>
      <w:r>
        <w:rPr>
          <w:b/>
        </w:rPr>
        <w:t>Imię i nazwisko *</w:t>
      </w:r>
    </w:p>
    <w:p w:rsidR="00916E31" w:rsidRDefault="002C66B4">
      <w:pPr>
        <w:spacing w:after="40"/>
        <w:rPr>
          <w:rFonts w:hint="eastAsia"/>
        </w:rPr>
      </w:pPr>
      <w:r>
        <w:t>..............................................................................................................................</w:t>
      </w:r>
    </w:p>
    <w:p w:rsidR="00916E31" w:rsidRDefault="002C66B4">
      <w:pPr>
        <w:spacing w:before="80"/>
        <w:rPr>
          <w:rFonts w:hint="eastAsia"/>
        </w:rPr>
      </w:pPr>
      <w:r>
        <w:rPr>
          <w:b/>
        </w:rPr>
        <w:t>Miejscowość zamieszkania *</w:t>
      </w:r>
    </w:p>
    <w:p w:rsidR="00916E31" w:rsidRDefault="002C66B4">
      <w:pPr>
        <w:spacing w:after="40"/>
        <w:rPr>
          <w:rFonts w:hint="eastAsia"/>
        </w:rPr>
      </w:pPr>
      <w:r>
        <w:t>......................................................................................................</w:t>
      </w:r>
      <w:r>
        <w:t>........................</w:t>
      </w:r>
    </w:p>
    <w:p w:rsidR="00916E31" w:rsidRDefault="002C66B4">
      <w:pPr>
        <w:spacing w:before="80"/>
        <w:rPr>
          <w:rFonts w:hint="eastAsia"/>
        </w:rPr>
      </w:pPr>
      <w:r>
        <w:rPr>
          <w:b/>
        </w:rPr>
        <w:t>Telefon kontaktowy *</w:t>
      </w:r>
    </w:p>
    <w:p w:rsidR="00916E31" w:rsidRDefault="002C66B4">
      <w:pPr>
        <w:spacing w:after="40"/>
        <w:rPr>
          <w:rFonts w:hint="eastAsia"/>
        </w:rPr>
      </w:pPr>
      <w:r>
        <w:t>..............................................................................................................................</w:t>
      </w:r>
    </w:p>
    <w:p w:rsidR="00916E31" w:rsidRDefault="002C66B4">
      <w:pPr>
        <w:spacing w:before="80"/>
        <w:rPr>
          <w:rFonts w:hint="eastAsia"/>
        </w:rPr>
      </w:pPr>
      <w:r>
        <w:rPr>
          <w:b/>
        </w:rPr>
        <w:t>Adres e-mail (opcjonalnie)</w:t>
      </w:r>
    </w:p>
    <w:p w:rsidR="00916E31" w:rsidRDefault="002C66B4">
      <w:pPr>
        <w:spacing w:after="40"/>
        <w:rPr>
          <w:rFonts w:hint="eastAsia"/>
        </w:rPr>
      </w:pPr>
      <w:r>
        <w:t>........................................................</w:t>
      </w:r>
      <w:r>
        <w:t>......................................................................</w:t>
      </w:r>
    </w:p>
    <w:p w:rsidR="00916E31" w:rsidRDefault="002C66B4">
      <w:pPr>
        <w:spacing w:before="80"/>
        <w:rPr>
          <w:rFonts w:hint="eastAsia"/>
        </w:rPr>
      </w:pPr>
      <w:r>
        <w:rPr>
          <w:b/>
        </w:rPr>
        <w:t>Reprezentowana organizacja / grupa (jeżeli dotyczy):</w:t>
      </w:r>
    </w:p>
    <w:p w:rsidR="00916E31" w:rsidRDefault="002C66B4">
      <w:pPr>
        <w:rPr>
          <w:rFonts w:hint="eastAsia"/>
        </w:rPr>
      </w:pPr>
      <w:r>
        <w:t>..............................................................................................................................</w:t>
      </w:r>
    </w:p>
    <w:p w:rsidR="00916E31" w:rsidRDefault="002C66B4">
      <w:pPr>
        <w:spacing w:before="160"/>
        <w:rPr>
          <w:rFonts w:hint="eastAsia"/>
        </w:rPr>
      </w:pPr>
      <w:r>
        <w:rPr>
          <w:b/>
        </w:rPr>
        <w:t>Zaint</w:t>
      </w:r>
      <w:r>
        <w:rPr>
          <w:b/>
        </w:rPr>
        <w:t>eresowanie udziałem (można zaznaczyć więcej niż jedną opcję):</w:t>
      </w:r>
    </w:p>
    <w:p w:rsidR="00916E31" w:rsidRDefault="002C66B4">
      <w:pPr>
        <w:rPr>
          <w:rFonts w:hint="eastAsia"/>
        </w:rPr>
      </w:pPr>
      <w:r>
        <w:t>☐</w:t>
      </w:r>
      <w:r>
        <w:t xml:space="preserve">  Warsztaty praktyczne</w:t>
      </w:r>
    </w:p>
    <w:p w:rsidR="00916E31" w:rsidRDefault="002C66B4">
      <w:pPr>
        <w:rPr>
          <w:rFonts w:hint="eastAsia"/>
        </w:rPr>
      </w:pPr>
      <w:r>
        <w:t>☐</w:t>
      </w:r>
      <w:r>
        <w:t xml:space="preserve">  Testy łączności radiowej</w:t>
      </w:r>
    </w:p>
    <w:p w:rsidR="00916E31" w:rsidRDefault="002C66B4">
      <w:pPr>
        <w:rPr>
          <w:rFonts w:hint="eastAsia"/>
        </w:rPr>
      </w:pPr>
      <w:r>
        <w:t>☐</w:t>
      </w:r>
      <w:r>
        <w:t xml:space="preserve">  Ćwiczenia terenowe</w:t>
      </w:r>
    </w:p>
    <w:p w:rsidR="00916E31" w:rsidRDefault="002C66B4">
      <w:pPr>
        <w:rPr>
          <w:rFonts w:hint="eastAsia"/>
        </w:rPr>
      </w:pPr>
      <w:r>
        <w:t>☐</w:t>
      </w:r>
      <w:r>
        <w:t xml:space="preserve">  Wolontariat i współpraca przy projekcie</w:t>
      </w:r>
    </w:p>
    <w:p w:rsidR="00916E31" w:rsidRDefault="002C66B4">
      <w:pPr>
        <w:spacing w:before="100"/>
        <w:rPr>
          <w:rFonts w:hint="eastAsia"/>
        </w:rPr>
      </w:pPr>
      <w:r>
        <w:rPr>
          <w:b/>
        </w:rPr>
        <w:t>Oświadczenie uczestnika</w:t>
      </w:r>
    </w:p>
    <w:p w:rsidR="00916E31" w:rsidRDefault="002C66B4">
      <w:pPr>
        <w:rPr>
          <w:rFonts w:hint="eastAsia"/>
        </w:rPr>
      </w:pPr>
      <w:r>
        <w:t>☐</w:t>
      </w:r>
      <w:r>
        <w:t xml:space="preserve">  Zgłaszam chęć udziału w bezpłatnych działaniach pr</w:t>
      </w:r>
      <w:r>
        <w:t>ojektu „Dobre Zmiany w zasięgu lokalnej sieci”.</w:t>
      </w:r>
    </w:p>
    <w:p w:rsidR="00916E31" w:rsidRDefault="002C66B4">
      <w:pPr>
        <w:rPr>
          <w:rFonts w:hint="eastAsia"/>
        </w:rPr>
      </w:pPr>
      <w:r>
        <w:t>Przyjmuję do wiadomości, że podane dane kontaktowe będą wykorzystywane przez Fundację Dobrych Zmian w celu obsługi mojego zgłoszenia i kontaktu w sprawie udziału w projekcie. Szczegółowe informacje o przetwar</w:t>
      </w:r>
      <w:r>
        <w:t>zaniu danych powinny zostać udostępnione uczestnikowi przy przyjmowaniu zgłoszenia.</w:t>
      </w:r>
    </w:p>
    <w:p w:rsidR="00916E31" w:rsidRDefault="002C66B4">
      <w:pPr>
        <w:spacing w:before="140"/>
        <w:rPr>
          <w:rFonts w:hint="eastAsia"/>
        </w:rPr>
      </w:pPr>
      <w:r>
        <w:t>........................................                       ........................................................</w:t>
      </w:r>
      <w:r>
        <w:br/>
        <w:t xml:space="preserve">Data                                                </w:t>
      </w:r>
      <w:r>
        <w:t xml:space="preserve">           Czytelny podpis uczestnika</w:t>
      </w:r>
    </w:p>
    <w:p w:rsidR="00916E31" w:rsidRDefault="002C66B4">
      <w:pPr>
        <w:spacing w:before="120"/>
        <w:jc w:val="center"/>
        <w:rPr>
          <w:rFonts w:hint="eastAsia"/>
        </w:rPr>
      </w:pPr>
      <w:r>
        <w:t>Kontakt: 698 616 738  |  fundacjadobrychzmian@gmail.com</w:t>
      </w:r>
      <w:r>
        <w:br/>
        <w:t>www.fundacjadobrychzmian.pl</w:t>
      </w:r>
    </w:p>
    <w:p w:rsidR="00916E31" w:rsidRDefault="002C66B4">
      <w:pPr>
        <w:jc w:val="center"/>
        <w:rPr>
          <w:rFonts w:hint="eastAsia"/>
        </w:rPr>
      </w:pPr>
      <w:r>
        <w:rPr>
          <w:sz w:val="16"/>
        </w:rPr>
        <w:t xml:space="preserve">Sfinansowano ze środków Narodowego Instytutu Wolności – Centrum Rozwoju Społeczeństwa Obywatelskiego w ramach Rządowego Programu </w:t>
      </w:r>
      <w:r>
        <w:rPr>
          <w:sz w:val="16"/>
        </w:rPr>
        <w:t>Wsparcia Organizacji Pozarządowych „Moc Małych Społeczności”.</w:t>
      </w:r>
    </w:p>
    <w:p w:rsidR="00916E31" w:rsidRDefault="002C66B4">
      <w:pPr>
        <w:jc w:val="center"/>
        <w:rPr>
          <w:sz w:val="14"/>
        </w:rPr>
      </w:pPr>
      <w:r>
        <w:rPr>
          <w:sz w:val="14"/>
        </w:rPr>
        <w:t xml:space="preserve">Treść odzwierciedla wyłącznie opinię autora. NIW-CRSO nie odpowiada za sposób wykorzystania </w:t>
      </w:r>
      <w:proofErr w:type="spellStart"/>
      <w:r>
        <w:rPr>
          <w:sz w:val="14"/>
        </w:rPr>
        <w:t>zawartych</w:t>
      </w:r>
      <w:proofErr w:type="spellEnd"/>
      <w:r>
        <w:rPr>
          <w:sz w:val="14"/>
        </w:rPr>
        <w:t xml:space="preserve"> w </w:t>
      </w:r>
      <w:proofErr w:type="spellStart"/>
      <w:r>
        <w:rPr>
          <w:sz w:val="14"/>
        </w:rPr>
        <w:t>niej</w:t>
      </w:r>
      <w:proofErr w:type="spellEnd"/>
      <w:r>
        <w:rPr>
          <w:sz w:val="14"/>
        </w:rPr>
        <w:t xml:space="preserve"> </w:t>
      </w:r>
      <w:proofErr w:type="spellStart"/>
      <w:r>
        <w:rPr>
          <w:sz w:val="14"/>
        </w:rPr>
        <w:t>informacji</w:t>
      </w:r>
      <w:proofErr w:type="spellEnd"/>
      <w:r>
        <w:rPr>
          <w:sz w:val="14"/>
        </w:rPr>
        <w:t>.</w:t>
      </w:r>
    </w:p>
    <w:p w:rsidR="002C66B4" w:rsidRDefault="002C66B4">
      <w:pPr>
        <w:jc w:val="center"/>
        <w:rPr>
          <w:rFonts w:hint="eastAsia"/>
        </w:rPr>
      </w:pPr>
      <w:r>
        <w:rPr>
          <w:b/>
          <w:noProof/>
          <w:color w:val="145B39"/>
          <w:sz w:val="22"/>
          <w:lang w:val="pl-PL" w:eastAsia="pl-PL"/>
        </w:rPr>
        <w:drawing>
          <wp:inline distT="0" distB="0" distL="0" distR="0">
            <wp:extent cx="4152900" cy="2065020"/>
            <wp:effectExtent l="0" t="0" r="0" b="0"/>
            <wp:docPr id="1" name="Obraz 1" descr="C:\Users\Maciej\AppData\Local\Microsoft\Windows\INetCache\Content.Word\Moc Małych Społeczności_RGB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ciej\AppData\Local\Microsoft\Windows\INetCache\Content.Word\Moc Małych Społeczności_RGB-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66B4" w:rsidSect="00034616">
      <w:pgSz w:w="12240" w:h="15840"/>
      <w:pgMar w:top="680" w:right="1247" w:bottom="62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C66B4"/>
    <w:rsid w:val="00326F90"/>
    <w:rsid w:val="00916E3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2C6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6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2C6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6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61CFAE-B6F4-4CA3-A8AC-161426108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Maciej</cp:lastModifiedBy>
  <cp:revision>2</cp:revision>
  <dcterms:created xsi:type="dcterms:W3CDTF">2013-12-23T23:15:00Z</dcterms:created>
  <dcterms:modified xsi:type="dcterms:W3CDTF">2026-10-13T06:33:00Z</dcterms:modified>
  <cp:category/>
</cp:coreProperties>
</file>